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21F14" w14:textId="17EA4956" w:rsidR="00016C7F" w:rsidRDefault="00000000">
      <w:pPr>
        <w:pStyle w:val="a8"/>
      </w:pPr>
      <w:r>
        <w:t>IIAS 2026 Seoul Conference</w:t>
      </w:r>
      <w:r w:rsidR="000614E3">
        <w:rPr>
          <w:rFonts w:eastAsia="맑은 고딕" w:hint="eastAsia"/>
          <w:lang w:eastAsia="ko-KR"/>
        </w:rPr>
        <w:t xml:space="preserve"> </w:t>
      </w:r>
      <w:r>
        <w:t>Accommodation Reference</w:t>
      </w:r>
    </w:p>
    <w:p w14:paraId="1C9EFF09" w14:textId="4926DEB4" w:rsidR="00016C7F" w:rsidRPr="00237805" w:rsidRDefault="00000000">
      <w:pPr>
        <w:rPr>
          <w:sz w:val="20"/>
          <w:szCs w:val="20"/>
        </w:rPr>
      </w:pPr>
      <w:r w:rsidRPr="00237805">
        <w:rPr>
          <w:b/>
          <w:sz w:val="20"/>
          <w:szCs w:val="20"/>
        </w:rPr>
        <w:t>17–22 November 2026 | 5 nights | Reference accommodation options for students</w:t>
      </w:r>
    </w:p>
    <w:p w14:paraId="22EE0F7F" w14:textId="77777777" w:rsidR="00016C7F" w:rsidRDefault="00000000">
      <w:pPr>
        <w:pStyle w:val="1"/>
      </w:pPr>
      <w:r>
        <w:t>Accommodation and venue access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22"/>
        <w:gridCol w:w="2610"/>
        <w:gridCol w:w="1465"/>
        <w:gridCol w:w="2083"/>
        <w:gridCol w:w="1759"/>
        <w:gridCol w:w="1817"/>
        <w:gridCol w:w="2271"/>
      </w:tblGrid>
      <w:tr w:rsidR="00016C7F" w:rsidRPr="0033721A" w14:paraId="3814DCBB" w14:textId="77777777" w:rsidTr="00827521">
        <w:trPr>
          <w:trHeight w:val="222"/>
          <w:jc w:val="center"/>
        </w:trPr>
        <w:tc>
          <w:tcPr>
            <w:tcW w:w="2022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D55175" w14:textId="77777777" w:rsidR="00016C7F" w:rsidRPr="00827521" w:rsidRDefault="00000000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Area</w:t>
            </w: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A2B293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Accommodation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A9664D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Type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C67AF4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Nearest station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67BA88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To KCCI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6BCFB8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To Konkuk Univ.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0C974B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Room options</w:t>
            </w:r>
          </w:p>
        </w:tc>
      </w:tr>
      <w:tr w:rsidR="006C202C" w:rsidRPr="0033721A" w14:paraId="2D962F4D" w14:textId="77777777" w:rsidTr="00827521">
        <w:trPr>
          <w:trHeight w:val="371"/>
          <w:jc w:val="center"/>
        </w:trPr>
        <w:tc>
          <w:tcPr>
            <w:tcW w:w="2022" w:type="dxa"/>
            <w:vMerge w:val="restart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64CC87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proofErr w:type="spellStart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Myeongdong</w:t>
            </w:r>
            <w:proofErr w:type="spellEnd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 xml:space="preserve"> · </w:t>
            </w:r>
            <w:proofErr w:type="spellStart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Jonggak</w:t>
            </w:r>
            <w:proofErr w:type="spellEnd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 xml:space="preserve"> · KCCI-side</w:t>
            </w: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071250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Hostel Haru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56548A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Hostel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F604EF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Jonggak Stn.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~2–3 min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27ED4A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Walk ~10–15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C6E6A7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Subway + walk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~30–35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8B8C67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Twin / 6-bed / 8-bed dorm</w:t>
            </w:r>
          </w:p>
        </w:tc>
      </w:tr>
      <w:tr w:rsidR="006C202C" w:rsidRPr="0033721A" w14:paraId="43E06EC0" w14:textId="77777777" w:rsidTr="00827521">
        <w:trPr>
          <w:trHeight w:val="381"/>
          <w:jc w:val="center"/>
        </w:trPr>
        <w:tc>
          <w:tcPr>
            <w:tcW w:w="202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A15551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52F50B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Philstay Myeongdong Station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8F8123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Guesthouse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59E2E6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Myeongdong Stn.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~2 min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625A76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Walk / subway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~15–20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353098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Subway + walk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~35–40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95F4E2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Double / Family Double</w:t>
            </w:r>
          </w:p>
        </w:tc>
      </w:tr>
      <w:tr w:rsidR="006C202C" w:rsidRPr="0033721A" w14:paraId="1C044468" w14:textId="77777777" w:rsidTr="00827521">
        <w:trPr>
          <w:trHeight w:val="371"/>
          <w:jc w:val="center"/>
        </w:trPr>
        <w:tc>
          <w:tcPr>
            <w:tcW w:w="202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05894E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7128BD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Soosong Guesthouse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34A55E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Guesthouse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B8BE4B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Jonggak / Anguk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~5–10 min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693776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Walk ~15–20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817925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Subway + walk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~35–40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113AA9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Twin / Double</w:t>
            </w:r>
          </w:p>
        </w:tc>
      </w:tr>
      <w:tr w:rsidR="006C202C" w:rsidRPr="0033721A" w14:paraId="72F71935" w14:textId="77777777" w:rsidTr="00827521">
        <w:trPr>
          <w:trHeight w:val="269"/>
          <w:jc w:val="center"/>
        </w:trPr>
        <w:tc>
          <w:tcPr>
            <w:tcW w:w="202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C1098B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980971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Soo Guest House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AEF5C4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Guesthouse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171F25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Myeongdong area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129819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~15–20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61BFC3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~35–40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067D05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Private room</w:t>
            </w:r>
          </w:p>
        </w:tc>
      </w:tr>
      <w:tr w:rsidR="006C202C" w:rsidRPr="0033721A" w14:paraId="2C3366B1" w14:textId="77777777" w:rsidTr="00827521">
        <w:trPr>
          <w:trHeight w:val="278"/>
          <w:jc w:val="center"/>
        </w:trPr>
        <w:tc>
          <w:tcPr>
            <w:tcW w:w="202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8EF1C8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DE2BF1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DADU House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48B5CA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Guesthouse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72B5D1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Myeongdong area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B5C594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~15–20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699EE3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~35–40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013AA3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Private room</w:t>
            </w:r>
          </w:p>
        </w:tc>
      </w:tr>
      <w:tr w:rsidR="006C202C" w:rsidRPr="0033721A" w14:paraId="0762F570" w14:textId="77777777" w:rsidTr="00827521">
        <w:trPr>
          <w:trHeight w:val="269"/>
          <w:jc w:val="center"/>
        </w:trPr>
        <w:tc>
          <w:tcPr>
            <w:tcW w:w="202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F76838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6616F8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Slow Vibe Myeongdong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8BEDC7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Guesthouse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2DC24A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Myeongdong area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833FF1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~15–20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38B6BA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~35–40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C6BD8E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Private room</w:t>
            </w:r>
          </w:p>
        </w:tc>
      </w:tr>
      <w:tr w:rsidR="006C202C" w:rsidRPr="0033721A" w14:paraId="76251F6C" w14:textId="77777777" w:rsidTr="00827521">
        <w:trPr>
          <w:trHeight w:val="269"/>
          <w:jc w:val="center"/>
        </w:trPr>
        <w:tc>
          <w:tcPr>
            <w:tcW w:w="202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6E7F1C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0F4290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318 Stay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799601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Guesthouse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7CA2C5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Myeongdong area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7D2386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~15–20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C8C237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~35–40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CF9F75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Private room</w:t>
            </w:r>
          </w:p>
        </w:tc>
      </w:tr>
      <w:tr w:rsidR="006C202C" w:rsidRPr="0033721A" w14:paraId="2F133E37" w14:textId="77777777" w:rsidTr="00827521">
        <w:trPr>
          <w:trHeight w:val="269"/>
          <w:jc w:val="center"/>
        </w:trPr>
        <w:tc>
          <w:tcPr>
            <w:tcW w:w="2022" w:type="dxa"/>
            <w:vMerge/>
            <w:tcBorders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335CDC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7E29AF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proofErr w:type="gramStart"/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The Stay</w:t>
            </w:r>
            <w:proofErr w:type="gramEnd"/>
            <w:r w:rsidRPr="00827521">
              <w:rPr>
                <w:rFonts w:asciiTheme="minorHAnsi" w:hAnsiTheme="minorHAnsi" w:cstheme="majorHAnsi"/>
                <w:sz w:val="26"/>
                <w:szCs w:val="26"/>
              </w:rPr>
              <w:t xml:space="preserve"> Hue Myeongdong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11D62D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Guesthouse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522749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Myeongdong area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B9D211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~15–20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BCB901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~35–40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1259FD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Private room</w:t>
            </w:r>
          </w:p>
        </w:tc>
      </w:tr>
      <w:tr w:rsidR="006C202C" w:rsidRPr="0033721A" w14:paraId="162307F6" w14:textId="77777777" w:rsidTr="00827521">
        <w:trPr>
          <w:trHeight w:val="381"/>
          <w:jc w:val="center"/>
        </w:trPr>
        <w:tc>
          <w:tcPr>
            <w:tcW w:w="2022" w:type="dxa"/>
            <w:vMerge w:val="restart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468EC3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 xml:space="preserve">Dongdaemun · </w:t>
            </w:r>
            <w:proofErr w:type="spellStart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Wangsimni</w:t>
            </w:r>
            <w:proofErr w:type="spellEnd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 xml:space="preserve"> · midpoint</w:t>
            </w: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DF8CF4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K-Grand Hostel Dongdaemun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2F5CBD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Hostel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0567F3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Sangwangsimni Stn.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~4 min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718BF9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Line 2 + walk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~20–25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13C03A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Line 2 + walk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~15–20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C232C8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Twin / Double</w:t>
            </w:r>
          </w:p>
        </w:tc>
      </w:tr>
      <w:tr w:rsidR="006C202C" w:rsidRPr="0033721A" w14:paraId="06097942" w14:textId="77777777" w:rsidTr="00827521">
        <w:trPr>
          <w:trHeight w:val="269"/>
          <w:jc w:val="center"/>
        </w:trPr>
        <w:tc>
          <w:tcPr>
            <w:tcW w:w="202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F53205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8CD8DC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Sonoće Hostel Seoul Dongdaemun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68511B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Hostel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FC42D6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Dongdaemun area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9CF744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~20–30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C6B85B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~20–30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9B4DED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Private room</w:t>
            </w:r>
          </w:p>
        </w:tc>
      </w:tr>
      <w:tr w:rsidR="006C202C" w:rsidRPr="0033721A" w14:paraId="7E5A8923" w14:textId="77777777" w:rsidTr="00827521">
        <w:trPr>
          <w:trHeight w:val="278"/>
          <w:jc w:val="center"/>
        </w:trPr>
        <w:tc>
          <w:tcPr>
            <w:tcW w:w="202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7D8BA1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62713C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Snug J House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9EEB28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Budget accommodation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B027A4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Dongdaemun-gu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ED6457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~20–30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2F4C6C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~20–30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93D4E0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Private room</w:t>
            </w:r>
          </w:p>
        </w:tc>
      </w:tr>
      <w:tr w:rsidR="006C202C" w:rsidRPr="0033721A" w14:paraId="01F9640D" w14:textId="77777777" w:rsidTr="00827521">
        <w:trPr>
          <w:trHeight w:val="371"/>
          <w:jc w:val="center"/>
        </w:trPr>
        <w:tc>
          <w:tcPr>
            <w:tcW w:w="2022" w:type="dxa"/>
            <w:vMerge/>
            <w:tcBorders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4BF5FA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28782C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Toyoko Inn Seoul Dongdaemun I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970FAC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Budget hotel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40EB3D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Dongdaemun History &amp; Culture Park area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8D4E04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~20–25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F6B489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~20–25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78D7BE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Single / Twin-type hotel rooms</w:t>
            </w:r>
          </w:p>
        </w:tc>
      </w:tr>
      <w:tr w:rsidR="006C202C" w:rsidRPr="0033721A" w14:paraId="73D54960" w14:textId="77777777" w:rsidTr="00827521">
        <w:trPr>
          <w:trHeight w:val="381"/>
          <w:jc w:val="center"/>
        </w:trPr>
        <w:tc>
          <w:tcPr>
            <w:tcW w:w="2022" w:type="dxa"/>
            <w:vMerge w:val="restart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7FF9E6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proofErr w:type="spellStart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Seongsu</w:t>
            </w:r>
            <w:proofErr w:type="spellEnd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 xml:space="preserve"> · </w:t>
            </w:r>
            <w:proofErr w:type="spellStart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Konkuk</w:t>
            </w:r>
            <w:proofErr w:type="spellEnd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-side</w:t>
            </w: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A2C8B8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Seoul Forest Stay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FB155B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Guesthouse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6F2E16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Ttukseom Stn.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~3–5 min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47B65E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Line 2 + walk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~30–35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2C0CB7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Line 2 (2 stops) + walk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~15–20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F096C8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Dorm / Private / Family</w:t>
            </w:r>
          </w:p>
        </w:tc>
      </w:tr>
      <w:tr w:rsidR="006C202C" w:rsidRPr="0033721A" w14:paraId="10E005A9" w14:textId="77777777" w:rsidTr="00827521">
        <w:trPr>
          <w:trHeight w:val="269"/>
          <w:jc w:val="center"/>
        </w:trPr>
        <w:tc>
          <w:tcPr>
            <w:tcW w:w="202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6CD618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5E380D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Hotel POCO Seongsu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9922B0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Budget hotel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D49D38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Seongsu Stn. area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A03AAB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~30–35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F79D58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~15–20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5C1009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Private room</w:t>
            </w:r>
          </w:p>
        </w:tc>
      </w:tr>
      <w:tr w:rsidR="006C202C" w:rsidRPr="0033721A" w14:paraId="0338B288" w14:textId="77777777" w:rsidTr="00827521">
        <w:trPr>
          <w:trHeight w:val="269"/>
          <w:jc w:val="center"/>
        </w:trPr>
        <w:tc>
          <w:tcPr>
            <w:tcW w:w="202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45D671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40BA23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Haru Forest Hotel Seongsu &amp; Konkuk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31D21D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Budget hotel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56970C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Seongsu / Konkuk area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ED9295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~30–35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1D3546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~10–20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917B6C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Private room</w:t>
            </w:r>
          </w:p>
        </w:tc>
      </w:tr>
      <w:tr w:rsidR="006C202C" w:rsidRPr="0033721A" w14:paraId="65212BD3" w14:textId="77777777" w:rsidTr="00827521">
        <w:trPr>
          <w:trHeight w:val="381"/>
          <w:jc w:val="center"/>
        </w:trPr>
        <w:tc>
          <w:tcPr>
            <w:tcW w:w="2022" w:type="dxa"/>
            <w:vMerge/>
            <w:tcBorders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25CC25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157EE3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Anook Hotel and Spa Seoul Seongsu Konkuk University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B193F8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Budget hotel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867234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Seongsu / Konkuk area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D7F7F4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~30–35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5014EC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~10–20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3F7966" w14:textId="77777777" w:rsidR="006C202C" w:rsidRPr="00827521" w:rsidRDefault="006C202C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Private room</w:t>
            </w:r>
          </w:p>
        </w:tc>
      </w:tr>
      <w:tr w:rsidR="00016C7F" w:rsidRPr="0033721A" w14:paraId="1FD5D6BD" w14:textId="77777777" w:rsidTr="00827521">
        <w:trPr>
          <w:trHeight w:val="371"/>
          <w:jc w:val="center"/>
        </w:trPr>
        <w:tc>
          <w:tcPr>
            <w:tcW w:w="2022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9B1B8A" w14:textId="77777777" w:rsidR="00016C7F" w:rsidRPr="00827521" w:rsidRDefault="00000000">
            <w:pPr>
              <w:rPr>
                <w:rFonts w:asciiTheme="minorHAnsi" w:hAnsiTheme="minorHAnsi" w:cstheme="majorHAnsi"/>
                <w:sz w:val="26"/>
                <w:szCs w:val="26"/>
              </w:rPr>
            </w:pPr>
            <w:proofErr w:type="spellStart"/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Yeongdeungpo</w:t>
            </w:r>
            <w:proofErr w:type="spellEnd"/>
          </w:p>
        </w:tc>
        <w:tc>
          <w:tcPr>
            <w:tcW w:w="2610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7C4777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Hi Seoul Youth Hostel</w:t>
            </w:r>
          </w:p>
        </w:tc>
        <w:tc>
          <w:tcPr>
            <w:tcW w:w="146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CE5AE6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Youth hostel</w:t>
            </w:r>
          </w:p>
        </w:tc>
        <w:tc>
          <w:tcPr>
            <w:tcW w:w="208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820C03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Yeongdeungpo-gu Office Stn.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~10–12 min</w:t>
            </w:r>
          </w:p>
        </w:tc>
        <w:tc>
          <w:tcPr>
            <w:tcW w:w="17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139CA3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Line 2 + walk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~35–45 min</w:t>
            </w:r>
          </w:p>
        </w:tc>
        <w:tc>
          <w:tcPr>
            <w:tcW w:w="18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6D1959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Line 2 + walk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~50–55 min</w:t>
            </w:r>
          </w:p>
        </w:tc>
        <w:tc>
          <w:tcPr>
            <w:tcW w:w="227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720FD2" w14:textId="77777777" w:rsidR="00016C7F" w:rsidRPr="00827521" w:rsidRDefault="00000000" w:rsidP="009C00A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Twin / 4 / 6 / 8 / 10-person rooms</w:t>
            </w:r>
          </w:p>
        </w:tc>
      </w:tr>
    </w:tbl>
    <w:p w14:paraId="699BE1BB" w14:textId="77777777" w:rsidR="00016C7F" w:rsidRPr="00A85DB7" w:rsidRDefault="00000000">
      <w:pPr>
        <w:rPr>
          <w:sz w:val="20"/>
          <w:szCs w:val="20"/>
        </w:rPr>
      </w:pPr>
      <w:r w:rsidRPr="00A85DB7">
        <w:rPr>
          <w:i/>
          <w:sz w:val="20"/>
          <w:szCs w:val="20"/>
        </w:rPr>
        <w:t>Travel times are approximate and may vary with walking speed, traffic, transfers and subway waiting time.</w:t>
      </w:r>
    </w:p>
    <w:p w14:paraId="1C2FB14E" w14:textId="77777777" w:rsidR="00016C7F" w:rsidRDefault="00000000">
      <w:r>
        <w:br w:type="page"/>
      </w:r>
    </w:p>
    <w:p w14:paraId="7B0C2860" w14:textId="2C916A09" w:rsidR="00016C7F" w:rsidRPr="00102824" w:rsidRDefault="00000000" w:rsidP="00102824">
      <w:pPr>
        <w:pStyle w:val="1"/>
        <w:rPr>
          <w:rFonts w:eastAsia="맑은 고딕" w:hint="eastAsia"/>
          <w:lang w:eastAsia="ko-KR"/>
        </w:rPr>
      </w:pPr>
      <w:r>
        <w:lastRenderedPageBreak/>
        <w:t>Indicative price comparison by area</w:t>
      </w:r>
    </w:p>
    <w:tbl>
      <w:tblPr>
        <w:tblW w:w="13564" w:type="dxa"/>
        <w:jc w:val="center"/>
        <w:tblLayout w:type="fixed"/>
        <w:tblLook w:val="04A0" w:firstRow="1" w:lastRow="0" w:firstColumn="1" w:lastColumn="0" w:noHBand="0" w:noVBand="1"/>
      </w:tblPr>
      <w:tblGrid>
        <w:gridCol w:w="2502"/>
        <w:gridCol w:w="3231"/>
        <w:gridCol w:w="3149"/>
        <w:gridCol w:w="2341"/>
        <w:gridCol w:w="2341"/>
      </w:tblGrid>
      <w:tr w:rsidR="00016C7F" w:rsidRPr="00827521" w14:paraId="0E1B4F9D" w14:textId="77777777" w:rsidTr="00827521">
        <w:trPr>
          <w:trHeight w:val="264"/>
          <w:jc w:val="center"/>
        </w:trPr>
        <w:tc>
          <w:tcPr>
            <w:tcW w:w="2502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75D31A" w14:textId="77777777" w:rsidR="00016C7F" w:rsidRPr="00827521" w:rsidRDefault="00000000">
            <w:pPr>
              <w:rPr>
                <w:sz w:val="26"/>
                <w:szCs w:val="26"/>
              </w:rPr>
            </w:pPr>
            <w:r w:rsidRPr="00827521">
              <w:rPr>
                <w:b/>
                <w:sz w:val="26"/>
                <w:szCs w:val="26"/>
              </w:rPr>
              <w:t>Area</w:t>
            </w: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305965" w14:textId="77777777" w:rsidR="00016C7F" w:rsidRPr="00827521" w:rsidRDefault="00000000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b/>
                <w:sz w:val="26"/>
                <w:szCs w:val="26"/>
              </w:rPr>
              <w:t>Accommodation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E26670" w14:textId="77777777" w:rsidR="00016C7F" w:rsidRPr="00827521" w:rsidRDefault="00000000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b/>
                <w:sz w:val="26"/>
                <w:szCs w:val="26"/>
              </w:rPr>
              <w:t>Reference room / bed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809C26" w14:textId="77777777" w:rsidR="00016C7F" w:rsidRPr="00827521" w:rsidRDefault="00000000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b/>
                <w:sz w:val="26"/>
                <w:szCs w:val="26"/>
              </w:rPr>
              <w:t>Room / bed per night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F31FE4" w14:textId="77777777" w:rsidR="00016C7F" w:rsidRPr="00827521" w:rsidRDefault="00000000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b/>
                <w:sz w:val="26"/>
                <w:szCs w:val="26"/>
              </w:rPr>
              <w:t>Per person per night</w:t>
            </w:r>
          </w:p>
        </w:tc>
      </w:tr>
      <w:tr w:rsidR="006C202C" w:rsidRPr="00827521" w14:paraId="2D268852" w14:textId="77777777" w:rsidTr="00827521">
        <w:trPr>
          <w:trHeight w:val="297"/>
          <w:jc w:val="center"/>
        </w:trPr>
        <w:tc>
          <w:tcPr>
            <w:tcW w:w="2502" w:type="dxa"/>
            <w:vMerge w:val="restart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C9EF16" w14:textId="77777777" w:rsidR="006C202C" w:rsidRPr="00827521" w:rsidRDefault="006C202C">
            <w:pPr>
              <w:rPr>
                <w:sz w:val="26"/>
                <w:szCs w:val="26"/>
              </w:rPr>
            </w:pPr>
            <w:proofErr w:type="spellStart"/>
            <w:r w:rsidRPr="00827521">
              <w:rPr>
                <w:b/>
                <w:sz w:val="26"/>
                <w:szCs w:val="26"/>
              </w:rPr>
              <w:t>Myeongdong</w:t>
            </w:r>
            <w:proofErr w:type="spellEnd"/>
            <w:r w:rsidRPr="00827521">
              <w:rPr>
                <w:b/>
                <w:sz w:val="26"/>
                <w:szCs w:val="26"/>
              </w:rPr>
              <w:t xml:space="preserve"> · </w:t>
            </w:r>
            <w:proofErr w:type="spellStart"/>
            <w:r w:rsidRPr="00827521">
              <w:rPr>
                <w:b/>
                <w:sz w:val="26"/>
                <w:szCs w:val="26"/>
              </w:rPr>
              <w:t>Jonggak</w:t>
            </w:r>
            <w:proofErr w:type="spellEnd"/>
            <w:r w:rsidRPr="00827521">
              <w:rPr>
                <w:b/>
                <w:sz w:val="26"/>
                <w:szCs w:val="26"/>
              </w:rPr>
              <w:t xml:space="preserve"> · KCCI-side</w:t>
            </w: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E5E98D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Hostel Haru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3D6F6E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Twin (2)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E8CB6B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147,000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D09666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74,000</w:t>
            </w:r>
          </w:p>
        </w:tc>
      </w:tr>
      <w:tr w:rsidR="006C202C" w:rsidRPr="00827521" w14:paraId="57B59BF2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486D48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95458A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Hostel Haru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998592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Dorm bed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A5DBA1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47,000–49,000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E75BB2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47,000–49,000</w:t>
            </w:r>
          </w:p>
        </w:tc>
      </w:tr>
      <w:tr w:rsidR="006C202C" w:rsidRPr="00827521" w14:paraId="1A514F55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2C7C69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ADBEC1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Philstay Myeongdong Station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7BE0A2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Double (2)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657D9F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163,000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90FD47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82,000</w:t>
            </w:r>
          </w:p>
        </w:tc>
      </w:tr>
      <w:tr w:rsidR="006C202C" w:rsidRPr="00827521" w14:paraId="451E3E08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5D2EBF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D71812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Philstay Myeongdong Station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C35DB5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Family Double (4)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EEA333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277,000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F7A913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69,000</w:t>
            </w:r>
          </w:p>
        </w:tc>
      </w:tr>
      <w:tr w:rsidR="006C202C" w:rsidRPr="00827521" w14:paraId="5BFBCE8A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3E83C3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5194EC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Soosong Guesthouse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CB0DB5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Twin/Double (2)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D9A8C8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70,000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2CB3D5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35,000</w:t>
            </w:r>
          </w:p>
        </w:tc>
      </w:tr>
      <w:tr w:rsidR="006C202C" w:rsidRPr="00827521" w14:paraId="5DF2BE80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2F6E01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9C0F74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Soo Guest House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09AEFB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8AA4DB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74,000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E33EF3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37,000</w:t>
            </w:r>
          </w:p>
        </w:tc>
      </w:tr>
      <w:tr w:rsidR="006C202C" w:rsidRPr="00827521" w14:paraId="6F0D371F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83269E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6D475F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DADU House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580EC2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3AFD13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81,000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0B7826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41,000</w:t>
            </w:r>
          </w:p>
        </w:tc>
      </w:tr>
      <w:tr w:rsidR="006C202C" w:rsidRPr="00827521" w14:paraId="401F6A42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08A0FD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14E627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Slow Vibe Myeongdong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CE0A49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6D5B1F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82,000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4DB4D8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41,000</w:t>
            </w:r>
          </w:p>
        </w:tc>
      </w:tr>
      <w:tr w:rsidR="006C202C" w:rsidRPr="00827521" w14:paraId="15709BA2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3C2AC4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415952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318 Stay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0CA0DE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8424B7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106,000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813F92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53,000</w:t>
            </w:r>
          </w:p>
        </w:tc>
      </w:tr>
      <w:tr w:rsidR="006C202C" w:rsidRPr="00827521" w14:paraId="298FBE96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0F564B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6E36D1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proofErr w:type="gramStart"/>
            <w:r w:rsidRPr="00827521">
              <w:rPr>
                <w:sz w:val="26"/>
                <w:szCs w:val="26"/>
              </w:rPr>
              <w:t>The Stay</w:t>
            </w:r>
            <w:proofErr w:type="gramEnd"/>
            <w:r w:rsidRPr="00827521">
              <w:rPr>
                <w:sz w:val="26"/>
                <w:szCs w:val="26"/>
              </w:rPr>
              <w:t xml:space="preserve"> Hue Myeongdong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39B2EA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917D51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126,000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81831C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63,000</w:t>
            </w:r>
          </w:p>
        </w:tc>
      </w:tr>
      <w:tr w:rsidR="006C202C" w:rsidRPr="00827521" w14:paraId="71AF9C60" w14:textId="77777777" w:rsidTr="00827521">
        <w:trPr>
          <w:trHeight w:val="308"/>
          <w:jc w:val="center"/>
        </w:trPr>
        <w:tc>
          <w:tcPr>
            <w:tcW w:w="2502" w:type="dxa"/>
            <w:vMerge w:val="restart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86BCD1" w14:textId="77777777" w:rsidR="00827521" w:rsidRDefault="006C202C">
            <w:pPr>
              <w:rPr>
                <w:rFonts w:eastAsia="맑은 고딕"/>
                <w:b/>
                <w:sz w:val="26"/>
                <w:szCs w:val="26"/>
                <w:lang w:eastAsia="ko-KR"/>
              </w:rPr>
            </w:pPr>
            <w:r w:rsidRPr="00827521">
              <w:rPr>
                <w:b/>
                <w:sz w:val="26"/>
                <w:szCs w:val="26"/>
              </w:rPr>
              <w:t xml:space="preserve">Dongdaemun · </w:t>
            </w:r>
          </w:p>
          <w:p w14:paraId="15DABDAB" w14:textId="77777777" w:rsidR="00827521" w:rsidRDefault="006C202C">
            <w:pPr>
              <w:rPr>
                <w:rFonts w:eastAsia="맑은 고딕"/>
                <w:b/>
                <w:sz w:val="26"/>
                <w:szCs w:val="26"/>
                <w:lang w:eastAsia="ko-KR"/>
              </w:rPr>
            </w:pPr>
            <w:proofErr w:type="spellStart"/>
            <w:r w:rsidRPr="00827521">
              <w:rPr>
                <w:b/>
                <w:sz w:val="26"/>
                <w:szCs w:val="26"/>
              </w:rPr>
              <w:t>Wangsimni</w:t>
            </w:r>
            <w:proofErr w:type="spellEnd"/>
            <w:r w:rsidRPr="00827521">
              <w:rPr>
                <w:b/>
                <w:sz w:val="26"/>
                <w:szCs w:val="26"/>
              </w:rPr>
              <w:t xml:space="preserve"> · </w:t>
            </w:r>
          </w:p>
          <w:p w14:paraId="0A8F4C2C" w14:textId="33065AEB" w:rsidR="006C202C" w:rsidRPr="00827521" w:rsidRDefault="006C202C">
            <w:pPr>
              <w:rPr>
                <w:sz w:val="26"/>
                <w:szCs w:val="26"/>
              </w:rPr>
            </w:pPr>
            <w:r w:rsidRPr="00827521">
              <w:rPr>
                <w:b/>
                <w:sz w:val="26"/>
                <w:szCs w:val="26"/>
              </w:rPr>
              <w:t>midpoint</w:t>
            </w: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69F8FF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K-Grand Hostel Dongdaemun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820D48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Twin/Double (2)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4430F1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63,000–103,000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164059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32,000–51,000</w:t>
            </w:r>
          </w:p>
        </w:tc>
      </w:tr>
      <w:tr w:rsidR="006C202C" w:rsidRPr="00827521" w14:paraId="241B023A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0F0D6D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8306DB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Sonoće Hostel Seoul Dongdaemun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AAEDEE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768C4A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131,000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F0E201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66,000</w:t>
            </w:r>
          </w:p>
        </w:tc>
      </w:tr>
      <w:tr w:rsidR="006C202C" w:rsidRPr="00827521" w14:paraId="6AD6A60C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3137F3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3C26B0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Snug J House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A51DBC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726912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109,000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35C516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54,000</w:t>
            </w:r>
          </w:p>
        </w:tc>
      </w:tr>
      <w:tr w:rsidR="006C202C" w:rsidRPr="00827521" w14:paraId="231D5F0F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ACF805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B3B3C1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Toyoko Inn Seoul Dongdaemun I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03C814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1FA6B9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120,000–134,000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4BB9A1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60,000–67,000*</w:t>
            </w:r>
          </w:p>
        </w:tc>
      </w:tr>
      <w:tr w:rsidR="006C202C" w:rsidRPr="00827521" w14:paraId="196709EA" w14:textId="77777777" w:rsidTr="00827521">
        <w:trPr>
          <w:trHeight w:val="297"/>
          <w:jc w:val="center"/>
        </w:trPr>
        <w:tc>
          <w:tcPr>
            <w:tcW w:w="2502" w:type="dxa"/>
            <w:vMerge w:val="restart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D488CF" w14:textId="77777777" w:rsidR="006C202C" w:rsidRPr="00827521" w:rsidRDefault="006C202C">
            <w:pPr>
              <w:rPr>
                <w:sz w:val="26"/>
                <w:szCs w:val="26"/>
              </w:rPr>
            </w:pPr>
            <w:proofErr w:type="spellStart"/>
            <w:r w:rsidRPr="00827521">
              <w:rPr>
                <w:b/>
                <w:sz w:val="26"/>
                <w:szCs w:val="26"/>
              </w:rPr>
              <w:t>Seongsu</w:t>
            </w:r>
            <w:proofErr w:type="spellEnd"/>
            <w:r w:rsidRPr="00827521">
              <w:rPr>
                <w:b/>
                <w:sz w:val="26"/>
                <w:szCs w:val="26"/>
              </w:rPr>
              <w:t xml:space="preserve"> · </w:t>
            </w:r>
            <w:proofErr w:type="spellStart"/>
            <w:r w:rsidRPr="00827521">
              <w:rPr>
                <w:b/>
                <w:sz w:val="26"/>
                <w:szCs w:val="26"/>
              </w:rPr>
              <w:t>Konkuk</w:t>
            </w:r>
            <w:proofErr w:type="spellEnd"/>
            <w:r w:rsidRPr="00827521">
              <w:rPr>
                <w:b/>
                <w:sz w:val="26"/>
                <w:szCs w:val="26"/>
              </w:rPr>
              <w:t>-side</w:t>
            </w: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91362E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Seoul Forest Stay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D85966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Dorm bed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EAA453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31,000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AEF12C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31,000</w:t>
            </w:r>
          </w:p>
        </w:tc>
      </w:tr>
      <w:tr w:rsidR="006C202C" w:rsidRPr="00827521" w14:paraId="4DF1B49E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F42343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F97F3B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Seoul Forest Stay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92D5A0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1A10C6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69,000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0257DE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34,000</w:t>
            </w:r>
          </w:p>
        </w:tc>
      </w:tr>
      <w:tr w:rsidR="006C202C" w:rsidRPr="00827521" w14:paraId="68CFEB7C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AAEA7D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F29620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Seoul Forest Stay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7625DD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Family room (observed 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9759C3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100,000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5B7CCE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50,000</w:t>
            </w:r>
          </w:p>
        </w:tc>
      </w:tr>
      <w:tr w:rsidR="006C202C" w:rsidRPr="00827521" w14:paraId="162DE00F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89EF9B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B9D4F1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Hotel POCO Seongsu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2AEDE8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F59447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108,000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464E13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54,000</w:t>
            </w:r>
          </w:p>
        </w:tc>
      </w:tr>
      <w:tr w:rsidR="006C202C" w:rsidRPr="00827521" w14:paraId="25B74F6A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F958EB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D5156D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Haru Forest Hotel Seongsu &amp; Konkuk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A3B95C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0AD230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126,000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2E7E7D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63,000</w:t>
            </w:r>
          </w:p>
        </w:tc>
      </w:tr>
      <w:tr w:rsidR="006C202C" w:rsidRPr="00827521" w14:paraId="465338F6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6E4C5C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741767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Anook Hotel and Spa Seoul Seongsu Konkuk University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B283CF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Private room (2 adults)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77A1A6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137,000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81241E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~KRW 69,000</w:t>
            </w:r>
          </w:p>
        </w:tc>
      </w:tr>
      <w:tr w:rsidR="006C202C" w:rsidRPr="00827521" w14:paraId="71F46846" w14:textId="77777777" w:rsidTr="00827521">
        <w:trPr>
          <w:trHeight w:val="308"/>
          <w:jc w:val="center"/>
        </w:trPr>
        <w:tc>
          <w:tcPr>
            <w:tcW w:w="2502" w:type="dxa"/>
            <w:vMerge w:val="restart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BD19B3" w14:textId="77777777" w:rsidR="006C202C" w:rsidRPr="00827521" w:rsidRDefault="006C202C">
            <w:pPr>
              <w:rPr>
                <w:sz w:val="26"/>
                <w:szCs w:val="26"/>
              </w:rPr>
            </w:pPr>
            <w:proofErr w:type="spellStart"/>
            <w:r w:rsidRPr="00827521">
              <w:rPr>
                <w:b/>
                <w:sz w:val="26"/>
                <w:szCs w:val="26"/>
              </w:rPr>
              <w:t>Yeongdeungpo</w:t>
            </w:r>
            <w:proofErr w:type="spellEnd"/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8FA3D2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Hi Seoul Youth Hostel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8C872E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Twin (2)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2AE306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85,800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EEF3F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544C00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42,900</w:t>
            </w:r>
          </w:p>
        </w:tc>
      </w:tr>
      <w:tr w:rsidR="006C202C" w:rsidRPr="00827521" w14:paraId="7A1C1585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51422F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64EF8B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Hi Seoul Youth Hostel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46ABF8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Quad (4)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402855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105,600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57F342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26,400</w:t>
            </w:r>
          </w:p>
        </w:tc>
      </w:tr>
      <w:tr w:rsidR="006C202C" w:rsidRPr="00827521" w14:paraId="26C28A78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729AC3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A7DFAB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Hi Seoul Youth Hostel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3C58C5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Dormitory 6P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265980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145,200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447ED4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24,200</w:t>
            </w:r>
          </w:p>
        </w:tc>
      </w:tr>
      <w:tr w:rsidR="006C202C" w:rsidRPr="00827521" w14:paraId="2B389F2C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46F650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6410F0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Hi Seoul Youth Hostel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EA91AA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Deluxe (8)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E315BB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170,500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C55AC9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21,312</w:t>
            </w:r>
          </w:p>
        </w:tc>
      </w:tr>
      <w:tr w:rsidR="006C202C" w:rsidRPr="00827521" w14:paraId="02D55FA4" w14:textId="77777777" w:rsidTr="00827521">
        <w:trPr>
          <w:trHeight w:val="157"/>
          <w:jc w:val="center"/>
        </w:trPr>
        <w:tc>
          <w:tcPr>
            <w:tcW w:w="2502" w:type="dxa"/>
            <w:vMerge/>
            <w:tcBorders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3F1FC5" w14:textId="77777777" w:rsidR="006C202C" w:rsidRPr="00827521" w:rsidRDefault="006C202C">
            <w:pPr>
              <w:rPr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B298AB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Hi Seoul Youth Hostel</w:t>
            </w:r>
          </w:p>
        </w:tc>
        <w:tc>
          <w:tcPr>
            <w:tcW w:w="314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979245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Dormitory 10P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D312BF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220,000</w:t>
            </w:r>
          </w:p>
        </w:tc>
        <w:tc>
          <w:tcPr>
            <w:tcW w:w="2341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82ED45" w14:textId="77777777" w:rsidR="006C202C" w:rsidRPr="00827521" w:rsidRDefault="006C202C" w:rsidP="0091594D">
            <w:pPr>
              <w:jc w:val="center"/>
              <w:rPr>
                <w:sz w:val="26"/>
                <w:szCs w:val="26"/>
              </w:rPr>
            </w:pPr>
            <w:r w:rsidRPr="00827521">
              <w:rPr>
                <w:sz w:val="26"/>
                <w:szCs w:val="26"/>
              </w:rPr>
              <w:t>KRW 22,000</w:t>
            </w:r>
          </w:p>
        </w:tc>
      </w:tr>
    </w:tbl>
    <w:p w14:paraId="4EC2B573" w14:textId="77777777" w:rsidR="00016C7F" w:rsidRPr="00D17E90" w:rsidRDefault="00000000">
      <w:pPr>
        <w:rPr>
          <w:sz w:val="22"/>
        </w:rPr>
      </w:pPr>
      <w:r w:rsidRPr="00D17E90">
        <w:rPr>
          <w:i/>
          <w:sz w:val="22"/>
        </w:rPr>
        <w:t>* For comparison purposes, the Toyoko Inn per-person figure assumes two occupants. Where only a public 2-adult room example was available, the per-person figure is the room price divided by two.</w:t>
      </w:r>
    </w:p>
    <w:p w14:paraId="1EB7D054" w14:textId="77777777" w:rsidR="00016C7F" w:rsidRDefault="00000000">
      <w:r>
        <w:br w:type="page"/>
      </w:r>
    </w:p>
    <w:p w14:paraId="0CBFDEF1" w14:textId="77777777" w:rsidR="00016C7F" w:rsidRDefault="00000000">
      <w:pPr>
        <w:pStyle w:val="1"/>
      </w:pPr>
      <w:r>
        <w:lastRenderedPageBreak/>
        <w:t>Detailed room examples — hostels and youth hostel</w:t>
      </w:r>
    </w:p>
    <w:tbl>
      <w:tblPr>
        <w:tblW w:w="13765" w:type="dxa"/>
        <w:jc w:val="center"/>
        <w:tblLayout w:type="fixed"/>
        <w:tblLook w:val="04A0" w:firstRow="1" w:lastRow="0" w:firstColumn="1" w:lastColumn="0" w:noHBand="0" w:noVBand="1"/>
      </w:tblPr>
      <w:tblGrid>
        <w:gridCol w:w="2818"/>
        <w:gridCol w:w="2989"/>
        <w:gridCol w:w="1439"/>
        <w:gridCol w:w="2173"/>
        <w:gridCol w:w="2173"/>
        <w:gridCol w:w="2173"/>
      </w:tblGrid>
      <w:tr w:rsidR="00016C7F" w:rsidRPr="00827521" w14:paraId="20FD062B" w14:textId="77777777" w:rsidTr="00827521">
        <w:trPr>
          <w:trHeight w:val="669"/>
          <w:jc w:val="center"/>
        </w:trPr>
        <w:tc>
          <w:tcPr>
            <w:tcW w:w="2818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D86E69" w14:textId="77777777" w:rsidR="00016C7F" w:rsidRPr="00827521" w:rsidRDefault="00000000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Accommodation</w:t>
            </w: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108817" w14:textId="77777777" w:rsidR="00016C7F" w:rsidRPr="00827521" w:rsidRDefault="00000000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Actual room type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419AF1" w14:textId="77777777" w:rsidR="00016C7F" w:rsidRPr="00827521" w:rsidRDefault="00000000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Capacity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E1FF6A" w14:textId="77777777" w:rsidR="00016C7F" w:rsidRPr="00827521" w:rsidRDefault="00000000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Room / bed</w:t>
            </w: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br/>
              <w:t>per night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108CFA" w14:textId="77777777" w:rsidR="00016C7F" w:rsidRPr="00827521" w:rsidRDefault="00000000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Per person</w:t>
            </w: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br/>
              <w:t>per night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FD3C3F" w14:textId="77777777" w:rsidR="00016C7F" w:rsidRPr="00827521" w:rsidRDefault="00000000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t>Per person</w:t>
            </w:r>
            <w:r w:rsidRPr="00827521">
              <w:rPr>
                <w:rFonts w:asciiTheme="minorHAnsi" w:hAnsiTheme="minorHAnsi" w:cstheme="majorHAnsi"/>
                <w:b/>
                <w:sz w:val="26"/>
                <w:szCs w:val="26"/>
              </w:rPr>
              <w:br/>
              <w:t>5 nights</w:t>
            </w:r>
          </w:p>
        </w:tc>
      </w:tr>
      <w:tr w:rsidR="006C202C" w:rsidRPr="00827521" w14:paraId="067A78F0" w14:textId="77777777" w:rsidTr="00827521">
        <w:trPr>
          <w:trHeight w:val="683"/>
          <w:jc w:val="center"/>
        </w:trPr>
        <w:tc>
          <w:tcPr>
            <w:tcW w:w="2818" w:type="dxa"/>
            <w:vMerge w:val="restart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E26BD3" w14:textId="7D7A08F6" w:rsidR="006C202C" w:rsidRPr="00827521" w:rsidRDefault="006C202C" w:rsidP="003F6975">
            <w:pPr>
              <w:rPr>
                <w:rFonts w:asciiTheme="minorHAnsi" w:eastAsia="맑은 고딕" w:hAnsiTheme="minorHAnsi" w:cstheme="majorHAnsi"/>
                <w:sz w:val="26"/>
                <w:szCs w:val="26"/>
                <w:lang w:eastAsia="ko-KR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Hostel Haru</w:t>
            </w: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4F4D13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Twin Room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4CC06C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2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7EC613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109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147,000)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81B4BF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54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74,000)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FFE82A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272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368,000)</w:t>
            </w:r>
          </w:p>
        </w:tc>
      </w:tr>
      <w:tr w:rsidR="006C202C" w:rsidRPr="00827521" w14:paraId="0AD29163" w14:textId="77777777" w:rsidTr="00827521">
        <w:trPr>
          <w:trHeight w:val="207"/>
          <w:jc w:val="center"/>
        </w:trPr>
        <w:tc>
          <w:tcPr>
            <w:tcW w:w="2818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7E5553" w14:textId="68977D44" w:rsidR="006C202C" w:rsidRPr="00827521" w:rsidRDefault="006C202C" w:rsidP="003F6975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9C053A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6-Bed Female Dormitory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816520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1 bed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115B69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35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47,000)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EC9C5D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35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47,000)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379817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175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236,000)</w:t>
            </w:r>
          </w:p>
        </w:tc>
      </w:tr>
      <w:tr w:rsidR="006C202C" w:rsidRPr="00827521" w14:paraId="69C755F9" w14:textId="77777777" w:rsidTr="00827521">
        <w:trPr>
          <w:trHeight w:val="207"/>
          <w:jc w:val="center"/>
        </w:trPr>
        <w:tc>
          <w:tcPr>
            <w:tcW w:w="2818" w:type="dxa"/>
            <w:vMerge/>
            <w:tcBorders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202D13" w14:textId="0002425B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6E0EE4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8-Bed Female Dormitory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3E0444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1 bed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366A77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36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49,000)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9F0ED4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36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49,000)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08AC50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180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243,000)</w:t>
            </w:r>
          </w:p>
        </w:tc>
      </w:tr>
      <w:tr w:rsidR="006C202C" w:rsidRPr="00827521" w14:paraId="01E1F535" w14:textId="77777777" w:rsidTr="00827521">
        <w:trPr>
          <w:trHeight w:val="683"/>
          <w:jc w:val="center"/>
        </w:trPr>
        <w:tc>
          <w:tcPr>
            <w:tcW w:w="2818" w:type="dxa"/>
            <w:vMerge w:val="restart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3A144A" w14:textId="1FE2EDA9" w:rsidR="006C202C" w:rsidRPr="00827521" w:rsidRDefault="006C202C" w:rsidP="0023023D">
            <w:pPr>
              <w:rPr>
                <w:rFonts w:asciiTheme="minorHAnsi" w:eastAsia="맑은 고딕" w:hAnsiTheme="minorHAnsi" w:cstheme="majorHAnsi"/>
                <w:sz w:val="26"/>
                <w:szCs w:val="26"/>
                <w:lang w:eastAsia="ko-KR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K-Grand Hostel Dongdaemun</w:t>
            </w: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2924C4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Standard Twin/Double Room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742A6D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2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8C6C6B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47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63,000)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281006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24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32,000)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FB9723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118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159,000)</w:t>
            </w:r>
          </w:p>
        </w:tc>
      </w:tr>
      <w:tr w:rsidR="006C202C" w:rsidRPr="00827521" w14:paraId="26DD1CA5" w14:textId="77777777" w:rsidTr="00827521">
        <w:trPr>
          <w:trHeight w:val="207"/>
          <w:jc w:val="center"/>
        </w:trPr>
        <w:tc>
          <w:tcPr>
            <w:tcW w:w="2818" w:type="dxa"/>
            <w:vMerge/>
            <w:tcBorders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889D69" w14:textId="0619CAC1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0BB6F7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Double Room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76E8D7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2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CF420B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76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103,000)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2573D8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38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51,000)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D9E2C3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USD 190</w:t>
            </w:r>
            <w:r w:rsidRPr="00827521">
              <w:rPr>
                <w:rFonts w:asciiTheme="minorHAnsi" w:hAnsiTheme="minorHAnsi" w:cstheme="majorHAnsi"/>
                <w:sz w:val="26"/>
                <w:szCs w:val="26"/>
              </w:rPr>
              <w:br/>
              <w:t>(~KRW 256,000)</w:t>
            </w:r>
          </w:p>
        </w:tc>
      </w:tr>
      <w:tr w:rsidR="006C202C" w:rsidRPr="00827521" w14:paraId="40C3FC23" w14:textId="77777777" w:rsidTr="00827521">
        <w:trPr>
          <w:trHeight w:val="392"/>
          <w:jc w:val="center"/>
        </w:trPr>
        <w:tc>
          <w:tcPr>
            <w:tcW w:w="2818" w:type="dxa"/>
            <w:vMerge w:val="restart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A0BC90" w14:textId="03BC6C08" w:rsidR="006C202C" w:rsidRPr="00827521" w:rsidRDefault="006C202C" w:rsidP="007A00C3">
            <w:pPr>
              <w:rPr>
                <w:rFonts w:asciiTheme="minorHAnsi" w:eastAsia="맑은 고딕" w:hAnsiTheme="minorHAnsi" w:cstheme="majorHAnsi"/>
                <w:sz w:val="26"/>
                <w:szCs w:val="26"/>
                <w:lang w:eastAsia="ko-KR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Hi Seoul Youth Hostel</w:t>
            </w: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6E92E4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Twin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05FF9C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2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2BC1CB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85,800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B62C1D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42,900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C72430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214,500</w:t>
            </w:r>
          </w:p>
        </w:tc>
      </w:tr>
      <w:tr w:rsidR="006C202C" w:rsidRPr="00827521" w14:paraId="2E78BA3E" w14:textId="77777777" w:rsidTr="00827521">
        <w:trPr>
          <w:trHeight w:val="207"/>
          <w:jc w:val="center"/>
        </w:trPr>
        <w:tc>
          <w:tcPr>
            <w:tcW w:w="2818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AC951F" w14:textId="5DD35745" w:rsidR="006C202C" w:rsidRPr="00827521" w:rsidRDefault="006C202C" w:rsidP="007A00C3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E187E7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Quad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2760E3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4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BCD89A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105,600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CE7A9C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26,400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42BDD1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132,000</w:t>
            </w:r>
          </w:p>
        </w:tc>
      </w:tr>
      <w:tr w:rsidR="006C202C" w:rsidRPr="00827521" w14:paraId="6DD4FEB4" w14:textId="77777777" w:rsidTr="00827521">
        <w:trPr>
          <w:trHeight w:val="207"/>
          <w:jc w:val="center"/>
        </w:trPr>
        <w:tc>
          <w:tcPr>
            <w:tcW w:w="2818" w:type="dxa"/>
            <w:vMerge/>
            <w:tcBorders>
              <w:left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8DA2A7" w14:textId="68C80C08" w:rsidR="006C202C" w:rsidRPr="00827521" w:rsidRDefault="006C202C" w:rsidP="007A00C3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A5E179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Dormitory 6P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C79BA7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6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AB0E16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145,200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485993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24,200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A158B5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121,000</w:t>
            </w:r>
          </w:p>
        </w:tc>
      </w:tr>
      <w:tr w:rsidR="006C202C" w:rsidRPr="00827521" w14:paraId="4F135F53" w14:textId="77777777" w:rsidTr="00827521">
        <w:trPr>
          <w:trHeight w:val="207"/>
          <w:jc w:val="center"/>
        </w:trPr>
        <w:tc>
          <w:tcPr>
            <w:tcW w:w="2818" w:type="dxa"/>
            <w:vMerge/>
            <w:tcBorders>
              <w:left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3C2F43" w14:textId="0A009132" w:rsidR="006C202C" w:rsidRPr="00827521" w:rsidRDefault="006C202C" w:rsidP="007A00C3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EDD828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Deluxe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8A66EC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8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9B5742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170,500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6F4B8E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21,312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B2527D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106,562</w:t>
            </w:r>
          </w:p>
        </w:tc>
      </w:tr>
      <w:tr w:rsidR="006C202C" w:rsidRPr="00827521" w14:paraId="7F47BAC7" w14:textId="77777777" w:rsidTr="00827521">
        <w:trPr>
          <w:trHeight w:val="207"/>
          <w:jc w:val="center"/>
        </w:trPr>
        <w:tc>
          <w:tcPr>
            <w:tcW w:w="2818" w:type="dxa"/>
            <w:vMerge/>
            <w:tcBorders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3CCBCB" w14:textId="77F7794B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630003" w14:textId="77777777" w:rsidR="006C202C" w:rsidRPr="00827521" w:rsidRDefault="006C202C">
            <w:pPr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Dormitory 10P</w:t>
            </w:r>
          </w:p>
        </w:tc>
        <w:tc>
          <w:tcPr>
            <w:tcW w:w="143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04680E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10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18A965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220,000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274609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22,000</w:t>
            </w:r>
          </w:p>
        </w:tc>
        <w:tc>
          <w:tcPr>
            <w:tcW w:w="2173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B67F8B" w14:textId="77777777" w:rsidR="006C202C" w:rsidRPr="00827521" w:rsidRDefault="006C202C">
            <w:pPr>
              <w:jc w:val="center"/>
              <w:rPr>
                <w:rFonts w:asciiTheme="minorHAnsi" w:hAnsiTheme="minorHAnsi" w:cstheme="majorHAnsi"/>
                <w:sz w:val="26"/>
                <w:szCs w:val="26"/>
              </w:rPr>
            </w:pPr>
            <w:r w:rsidRPr="00827521">
              <w:rPr>
                <w:rFonts w:asciiTheme="minorHAnsi" w:hAnsiTheme="minorHAnsi" w:cstheme="majorHAnsi"/>
                <w:sz w:val="26"/>
                <w:szCs w:val="26"/>
              </w:rPr>
              <w:t>KRW 110,000</w:t>
            </w:r>
          </w:p>
        </w:tc>
      </w:tr>
    </w:tbl>
    <w:p w14:paraId="7DD568D6" w14:textId="77777777" w:rsidR="00016C7F" w:rsidRPr="00827521" w:rsidRDefault="00000000">
      <w:pPr>
        <w:rPr>
          <w:rFonts w:asciiTheme="majorHAnsi" w:hAnsiTheme="majorHAnsi" w:cstheme="majorHAnsi"/>
        </w:rPr>
      </w:pPr>
      <w:r w:rsidRPr="00827521">
        <w:rPr>
          <w:rFonts w:asciiTheme="majorHAnsi" w:hAnsiTheme="majorHAnsi" w:cstheme="majorHAnsi"/>
        </w:rPr>
        <w:br w:type="page"/>
      </w:r>
    </w:p>
    <w:p w14:paraId="7F23E661" w14:textId="77777777" w:rsidR="00016C7F" w:rsidRDefault="00000000">
      <w:pPr>
        <w:pStyle w:val="1"/>
      </w:pPr>
      <w:r>
        <w:lastRenderedPageBreak/>
        <w:t>Detailed room examples — guesthouses / private accommodation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95"/>
        <w:gridCol w:w="3434"/>
        <w:gridCol w:w="1117"/>
        <w:gridCol w:w="2156"/>
        <w:gridCol w:w="2156"/>
        <w:gridCol w:w="2156"/>
      </w:tblGrid>
      <w:tr w:rsidR="00016C7F" w14:paraId="02CDA060" w14:textId="77777777" w:rsidTr="00827521">
        <w:trPr>
          <w:trHeight w:val="647"/>
          <w:jc w:val="center"/>
        </w:trPr>
        <w:tc>
          <w:tcPr>
            <w:tcW w:w="279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4A1532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b/>
                <w:sz w:val="26"/>
                <w:szCs w:val="26"/>
              </w:rPr>
              <w:t>Accommodation</w:t>
            </w:r>
          </w:p>
        </w:tc>
        <w:tc>
          <w:tcPr>
            <w:tcW w:w="3434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1BDFAD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b/>
                <w:sz w:val="26"/>
                <w:szCs w:val="26"/>
              </w:rPr>
              <w:t>Actual room type</w:t>
            </w:r>
          </w:p>
        </w:tc>
        <w:tc>
          <w:tcPr>
            <w:tcW w:w="11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60D8BF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b/>
                <w:sz w:val="26"/>
                <w:szCs w:val="26"/>
              </w:rPr>
              <w:t>Capacity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67FC9D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b/>
                <w:sz w:val="26"/>
                <w:szCs w:val="26"/>
              </w:rPr>
              <w:t>Room / bed</w:t>
            </w:r>
            <w:r w:rsidRPr="00827521">
              <w:rPr>
                <w:rFonts w:asciiTheme="minorHAnsi" w:hAnsiTheme="minorHAnsi"/>
                <w:b/>
                <w:sz w:val="26"/>
                <w:szCs w:val="26"/>
              </w:rPr>
              <w:br/>
              <w:t>per night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52FC15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b/>
                <w:sz w:val="26"/>
                <w:szCs w:val="26"/>
              </w:rPr>
              <w:t>Per person</w:t>
            </w:r>
            <w:r w:rsidRPr="00827521">
              <w:rPr>
                <w:rFonts w:asciiTheme="minorHAnsi" w:hAnsiTheme="minorHAnsi"/>
                <w:b/>
                <w:sz w:val="26"/>
                <w:szCs w:val="26"/>
              </w:rPr>
              <w:br/>
              <w:t>per night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DCE6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9DA4F1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b/>
                <w:sz w:val="26"/>
                <w:szCs w:val="26"/>
              </w:rPr>
              <w:t>Per person</w:t>
            </w:r>
            <w:r w:rsidRPr="00827521">
              <w:rPr>
                <w:rFonts w:asciiTheme="minorHAnsi" w:hAnsiTheme="minorHAnsi"/>
                <w:b/>
                <w:sz w:val="26"/>
                <w:szCs w:val="26"/>
              </w:rPr>
              <w:br/>
              <w:t>5 nights</w:t>
            </w:r>
          </w:p>
        </w:tc>
      </w:tr>
      <w:tr w:rsidR="00016C7F" w14:paraId="44D7E15C" w14:textId="77777777" w:rsidTr="00827521">
        <w:trPr>
          <w:trHeight w:val="605"/>
          <w:jc w:val="center"/>
        </w:trPr>
        <w:tc>
          <w:tcPr>
            <w:tcW w:w="279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8E28CA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Philstay Myeongdong Station</w:t>
            </w:r>
          </w:p>
        </w:tc>
        <w:tc>
          <w:tcPr>
            <w:tcW w:w="3434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BFA3C7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Double Room</w:t>
            </w:r>
          </w:p>
        </w:tc>
        <w:tc>
          <w:tcPr>
            <w:tcW w:w="11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FAE455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2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165EF4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121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163,000)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459AD1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60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82,000)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513E83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302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408,000)</w:t>
            </w:r>
          </w:p>
        </w:tc>
      </w:tr>
      <w:tr w:rsidR="00016C7F" w14:paraId="7EE42256" w14:textId="77777777" w:rsidTr="00827521">
        <w:trPr>
          <w:trHeight w:val="620"/>
          <w:jc w:val="center"/>
        </w:trPr>
        <w:tc>
          <w:tcPr>
            <w:tcW w:w="279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ED61FC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Philstay Myeongdong Station</w:t>
            </w:r>
          </w:p>
        </w:tc>
        <w:tc>
          <w:tcPr>
            <w:tcW w:w="3434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D4D90A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Family Double Room</w:t>
            </w:r>
          </w:p>
        </w:tc>
        <w:tc>
          <w:tcPr>
            <w:tcW w:w="11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971BF7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4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18A992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205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277,000)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2E33E3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51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69,000)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8949E2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256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346,000)</w:t>
            </w:r>
          </w:p>
        </w:tc>
      </w:tr>
      <w:tr w:rsidR="00016C7F" w14:paraId="74A10361" w14:textId="77777777" w:rsidTr="00827521">
        <w:trPr>
          <w:trHeight w:val="605"/>
          <w:jc w:val="center"/>
        </w:trPr>
        <w:tc>
          <w:tcPr>
            <w:tcW w:w="279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064923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Seoul Forest Stay</w:t>
            </w:r>
          </w:p>
        </w:tc>
        <w:tc>
          <w:tcPr>
            <w:tcW w:w="3434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307BFD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Bed in 4-Bed Male Dormitory</w:t>
            </w:r>
          </w:p>
        </w:tc>
        <w:tc>
          <w:tcPr>
            <w:tcW w:w="11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115C33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1 bed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0AC859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23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31,000)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B4E489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23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31,000)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B02C52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115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155,000)</w:t>
            </w:r>
          </w:p>
        </w:tc>
      </w:tr>
      <w:tr w:rsidR="00016C7F" w14:paraId="7BBB0F95" w14:textId="77777777" w:rsidTr="00827521">
        <w:trPr>
          <w:trHeight w:val="605"/>
          <w:jc w:val="center"/>
        </w:trPr>
        <w:tc>
          <w:tcPr>
            <w:tcW w:w="279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0B85EA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Seoul Forest Stay</w:t>
            </w:r>
          </w:p>
        </w:tc>
        <w:tc>
          <w:tcPr>
            <w:tcW w:w="3434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1D4E94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Private room with shared bathroom</w:t>
            </w:r>
          </w:p>
        </w:tc>
        <w:tc>
          <w:tcPr>
            <w:tcW w:w="11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5C652C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2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A227EB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51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69,000)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E24187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26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34,000)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F8CC1B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128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172,000)</w:t>
            </w:r>
          </w:p>
        </w:tc>
      </w:tr>
      <w:tr w:rsidR="00016C7F" w14:paraId="6BA830C7" w14:textId="77777777" w:rsidTr="00827521">
        <w:trPr>
          <w:trHeight w:val="620"/>
          <w:jc w:val="center"/>
        </w:trPr>
        <w:tc>
          <w:tcPr>
            <w:tcW w:w="279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51B6FF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Seoul Forest Stay</w:t>
            </w:r>
          </w:p>
        </w:tc>
        <w:tc>
          <w:tcPr>
            <w:tcW w:w="3434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E635D2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Family Room (rate observed for 2 adults)</w:t>
            </w:r>
          </w:p>
        </w:tc>
        <w:tc>
          <w:tcPr>
            <w:tcW w:w="11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AB8351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Up to 5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D9A5F3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74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100,000)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C027DB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37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50,000)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C5C877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185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250,000)</w:t>
            </w:r>
          </w:p>
        </w:tc>
      </w:tr>
      <w:tr w:rsidR="00016C7F" w14:paraId="6F0060F9" w14:textId="77777777" w:rsidTr="00827521">
        <w:trPr>
          <w:trHeight w:val="605"/>
          <w:jc w:val="center"/>
        </w:trPr>
        <w:tc>
          <w:tcPr>
            <w:tcW w:w="2795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64414C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Soosong Guesthouse</w:t>
            </w:r>
          </w:p>
        </w:tc>
        <w:tc>
          <w:tcPr>
            <w:tcW w:w="3434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29D5F4" w14:textId="77777777" w:rsidR="00016C7F" w:rsidRPr="00827521" w:rsidRDefault="00000000">
            <w:pPr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Standard Twin/Double Room</w:t>
            </w:r>
          </w:p>
        </w:tc>
        <w:tc>
          <w:tcPr>
            <w:tcW w:w="1117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01C735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2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4426BB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52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70,000)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8E8BC1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26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35,000)</w:t>
            </w:r>
          </w:p>
        </w:tc>
        <w:tc>
          <w:tcPr>
            <w:tcW w:w="2156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auto" w:fill="F8F8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945150" w14:textId="77777777" w:rsidR="00016C7F" w:rsidRPr="00827521" w:rsidRDefault="0000000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827521">
              <w:rPr>
                <w:rFonts w:asciiTheme="minorHAnsi" w:hAnsiTheme="minorHAnsi"/>
                <w:sz w:val="26"/>
                <w:szCs w:val="26"/>
              </w:rPr>
              <w:t>USD 130</w:t>
            </w:r>
            <w:r w:rsidRPr="00827521">
              <w:rPr>
                <w:rFonts w:asciiTheme="minorHAnsi" w:hAnsiTheme="minorHAnsi"/>
                <w:sz w:val="26"/>
                <w:szCs w:val="26"/>
              </w:rPr>
              <w:br/>
              <w:t>(~KRW 176,000)</w:t>
            </w:r>
          </w:p>
        </w:tc>
      </w:tr>
    </w:tbl>
    <w:p w14:paraId="7C951468" w14:textId="77777777" w:rsidR="00016C7F" w:rsidRPr="00544664" w:rsidRDefault="00000000">
      <w:pPr>
        <w:rPr>
          <w:sz w:val="20"/>
          <w:szCs w:val="20"/>
        </w:rPr>
      </w:pPr>
      <w:r w:rsidRPr="00544664">
        <w:rPr>
          <w:i/>
          <w:sz w:val="20"/>
          <w:szCs w:val="20"/>
        </w:rPr>
        <w:t>For the Seoul Forest Stay family room, the displayed reference rate was for 2 adults although the room can accommodate more guests; the per-person figure therefore uses the observed 2-adult occupancy rather than maximum capacity.</w:t>
      </w:r>
    </w:p>
    <w:p w14:paraId="7E3CE5F8" w14:textId="77777777" w:rsidR="00016C7F" w:rsidRPr="00544664" w:rsidRDefault="00000000">
      <w:pPr>
        <w:rPr>
          <w:sz w:val="20"/>
          <w:szCs w:val="20"/>
        </w:rPr>
      </w:pPr>
      <w:r w:rsidRPr="00544664">
        <w:rPr>
          <w:i/>
          <w:sz w:val="20"/>
          <w:szCs w:val="20"/>
        </w:rPr>
        <w:t>Approximate USD/KRW conversions use USD 1 = KRW 1,350. Rates are indicative examples and may vary by date, occupancy and room availability.</w:t>
      </w:r>
    </w:p>
    <w:sectPr w:rsidR="00016C7F" w:rsidRPr="00544664" w:rsidSect="00827521">
      <w:pgSz w:w="15840" w:h="12240" w:orient="landscape"/>
      <w:pgMar w:top="605" w:right="691" w:bottom="605" w:left="6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B56EF" w14:textId="77777777" w:rsidR="00EF3E14" w:rsidRDefault="00EF3E14" w:rsidP="006C202C">
      <w:pPr>
        <w:spacing w:after="0" w:line="240" w:lineRule="auto"/>
      </w:pPr>
      <w:r>
        <w:separator/>
      </w:r>
    </w:p>
  </w:endnote>
  <w:endnote w:type="continuationSeparator" w:id="0">
    <w:p w14:paraId="0AE26C01" w14:textId="77777777" w:rsidR="00EF3E14" w:rsidRDefault="00EF3E14" w:rsidP="006C2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DEC44" w14:textId="77777777" w:rsidR="00EF3E14" w:rsidRDefault="00EF3E14" w:rsidP="006C202C">
      <w:pPr>
        <w:spacing w:after="0" w:line="240" w:lineRule="auto"/>
      </w:pPr>
      <w:r>
        <w:separator/>
      </w:r>
    </w:p>
  </w:footnote>
  <w:footnote w:type="continuationSeparator" w:id="0">
    <w:p w14:paraId="60A4FDEC" w14:textId="77777777" w:rsidR="00EF3E14" w:rsidRDefault="00EF3E14" w:rsidP="006C2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0441369">
    <w:abstractNumId w:val="8"/>
  </w:num>
  <w:num w:numId="2" w16cid:durableId="1368024940">
    <w:abstractNumId w:val="6"/>
  </w:num>
  <w:num w:numId="3" w16cid:durableId="318970279">
    <w:abstractNumId w:val="5"/>
  </w:num>
  <w:num w:numId="4" w16cid:durableId="2016568063">
    <w:abstractNumId w:val="4"/>
  </w:num>
  <w:num w:numId="5" w16cid:durableId="848376031">
    <w:abstractNumId w:val="7"/>
  </w:num>
  <w:num w:numId="6" w16cid:durableId="1628392400">
    <w:abstractNumId w:val="3"/>
  </w:num>
  <w:num w:numId="7" w16cid:durableId="624776147">
    <w:abstractNumId w:val="2"/>
  </w:num>
  <w:num w:numId="8" w16cid:durableId="826170526">
    <w:abstractNumId w:val="1"/>
  </w:num>
  <w:num w:numId="9" w16cid:durableId="1849322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C7F"/>
    <w:rsid w:val="00034616"/>
    <w:rsid w:val="0006063C"/>
    <w:rsid w:val="000614E3"/>
    <w:rsid w:val="00102824"/>
    <w:rsid w:val="00133A56"/>
    <w:rsid w:val="0015074B"/>
    <w:rsid w:val="001D715F"/>
    <w:rsid w:val="00237805"/>
    <w:rsid w:val="0029639D"/>
    <w:rsid w:val="00326F90"/>
    <w:rsid w:val="0033721A"/>
    <w:rsid w:val="00544664"/>
    <w:rsid w:val="006C202C"/>
    <w:rsid w:val="00827521"/>
    <w:rsid w:val="0091594D"/>
    <w:rsid w:val="009C00AC"/>
    <w:rsid w:val="009E1A4B"/>
    <w:rsid w:val="00A85DB7"/>
    <w:rsid w:val="00AA1D8D"/>
    <w:rsid w:val="00B12E45"/>
    <w:rsid w:val="00B47730"/>
    <w:rsid w:val="00BF79D6"/>
    <w:rsid w:val="00CB0664"/>
    <w:rsid w:val="00CB7571"/>
    <w:rsid w:val="00D17E90"/>
    <w:rsid w:val="00E9304F"/>
    <w:rsid w:val="00EF3E14"/>
    <w:rsid w:val="00FC693F"/>
    <w:rsid w:val="00FD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C74590"/>
  <w14:defaultImageDpi w14:val="300"/>
  <w15:docId w15:val="{1C4140D0-3DC9-40E4-86BE-6CC76D07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/>
    </w:pPr>
    <w:rPr>
      <w:rFonts w:ascii="Calibri" w:hAnsi="Calibri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7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78C0D474A4E4698C6AE7CC5CAE783" ma:contentTypeVersion="21" ma:contentTypeDescription="Create a new document." ma:contentTypeScope="" ma:versionID="4c7cc88a120012e523859bfa47906da1">
  <xsd:schema xmlns:xsd="http://www.w3.org/2001/XMLSchema" xmlns:xs="http://www.w3.org/2001/XMLSchema" xmlns:p="http://schemas.microsoft.com/office/2006/metadata/properties" xmlns:ns2="e642fa58-16d4-4bc2-989f-ee921ef13964" xmlns:ns3="96a7a5bc-4d4a-4e2e-a6e2-d54e802c8817" targetNamespace="http://schemas.microsoft.com/office/2006/metadata/properties" ma:root="true" ma:fieldsID="1a6f930d9b40e9ee9baa074562761276" ns2:_="" ns3:_="">
    <xsd:import namespace="e642fa58-16d4-4bc2-989f-ee921ef13964"/>
    <xsd:import namespace="96a7a5bc-4d4a-4e2e-a6e2-d54e802c8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mag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2fa58-16d4-4bc2-989f-ee921ef139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7af687-bf00-4aa3-b07d-e7162e529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4" nillable="true" ma:displayName="Image" ma:format="Thumbnail" ma:internalName="Imag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7a5bc-4d4a-4e2e-a6e2-d54e802c8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702606-879a-4e19-a62f-9ab849eb716e}" ma:internalName="TaxCatchAll" ma:showField="CatchAllData" ma:web="96a7a5bc-4d4a-4e2e-a6e2-d54e802c88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a7a5bc-4d4a-4e2e-a6e2-d54e802c8817" xsi:nil="true"/>
    <Image xmlns="e642fa58-16d4-4bc2-989f-ee921ef13964" xsi:nil="true"/>
    <lcf76f155ced4ddcb4097134ff3c332f xmlns="e642fa58-16d4-4bc2-989f-ee921ef139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22238F-954A-4751-88E9-A1A88068C58A}"/>
</file>

<file path=customXml/itemProps3.xml><?xml version="1.0" encoding="utf-8"?>
<ds:datastoreItem xmlns:ds="http://schemas.openxmlformats.org/officeDocument/2006/customXml" ds:itemID="{DB33143E-61EC-4FE1-AE23-4207E4390E3E}"/>
</file>

<file path=customXml/itemProps4.xml><?xml version="1.0" encoding="utf-8"?>
<ds:datastoreItem xmlns:ds="http://schemas.openxmlformats.org/officeDocument/2006/customXml" ds:itemID="{A8CD6B41-8548-4FC1-BA7E-1CDCD318C4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이상은</cp:lastModifiedBy>
  <cp:revision>12</cp:revision>
  <dcterms:created xsi:type="dcterms:W3CDTF">2026-09-17T04:18:00Z</dcterms:created>
  <dcterms:modified xsi:type="dcterms:W3CDTF">2026-09-17T04:24:00Z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f63a5dc2-3628-4aab-982f-9e342155ea91</vt:lpwstr>
  </property>
  <property fmtid="{D5CDD505-2E9C-101B-9397-08002B2CF9AE}" pid="3" name="ContentTypeId">
    <vt:lpwstr>0x010100E3178C0D474A4E4698C6AE7CC5CAE783</vt:lpwstr>
  </property>
</Properties>
</file>